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2B873" w14:textId="1D2CEBDB" w:rsidR="008A61A9" w:rsidRPr="00EB74F8" w:rsidRDefault="00EB74F8">
      <w:pPr>
        <w:pStyle w:val="Rubrik"/>
        <w:rPr>
          <w:lang w:val="sv-SE"/>
        </w:rPr>
      </w:pPr>
      <w:bookmarkStart w:id="0" w:name="_GoBack"/>
      <w:bookmarkEnd w:id="0"/>
      <w:r>
        <w:rPr>
          <w:lang w:val="sv-SE"/>
        </w:rPr>
        <w:t>D</w:t>
      </w:r>
      <w:r w:rsidRPr="00EB74F8">
        <w:rPr>
          <w:lang w:val="sv-SE"/>
        </w:rPr>
        <w:t>istriktsutvecklare – Västergötlands Skidförbund</w:t>
      </w:r>
    </w:p>
    <w:p w14:paraId="77331C12" w14:textId="77777777" w:rsidR="009C158A" w:rsidRPr="00991DAD" w:rsidRDefault="009C158A" w:rsidP="009C158A">
      <w:pPr>
        <w:rPr>
          <w:rFonts w:eastAsiaTheme="majorEastAsia" w:cs="Arial"/>
          <w:color w:val="000000" w:themeColor="text1"/>
          <w:lang w:val="sv-SE"/>
        </w:rPr>
      </w:pPr>
      <w:r w:rsidRPr="00991DAD">
        <w:rPr>
          <w:rFonts w:eastAsiaTheme="majorEastAsia" w:cs="Arial"/>
          <w:b/>
          <w:bCs/>
          <w:color w:val="000000" w:themeColor="text1"/>
          <w:lang w:val="sv-SE"/>
        </w:rPr>
        <w:t>Vill du vara med och bygga framtidens skidsverige?</w:t>
      </w:r>
      <w:r w:rsidRPr="00991DAD">
        <w:rPr>
          <w:rFonts w:eastAsiaTheme="majorEastAsia" w:cs="Arial"/>
          <w:color w:val="000000" w:themeColor="text1"/>
          <w:lang w:val="sv-SE"/>
        </w:rPr>
        <w:br/>
        <w:t xml:space="preserve">Västergötlands Skidförbund söker en </w:t>
      </w:r>
      <w:r w:rsidRPr="00991DAD">
        <w:rPr>
          <w:rFonts w:eastAsiaTheme="majorEastAsia" w:cs="Arial"/>
          <w:b/>
          <w:bCs/>
          <w:color w:val="000000" w:themeColor="text1"/>
          <w:lang w:val="sv-SE"/>
        </w:rPr>
        <w:t>drivande, engagerad och strukturerad distriktsutvecklare</w:t>
      </w:r>
      <w:r w:rsidRPr="00991DAD">
        <w:rPr>
          <w:rFonts w:eastAsiaTheme="majorEastAsia" w:cs="Arial"/>
          <w:color w:val="000000" w:themeColor="text1"/>
          <w:lang w:val="sv-SE"/>
        </w:rPr>
        <w:t xml:space="preserve"> som vill vara med och utveckla vår verksamhet – från bredd till elit.</w:t>
      </w:r>
    </w:p>
    <w:p w14:paraId="20B87837" w14:textId="5C294DFD" w:rsidR="009C158A" w:rsidRPr="00991DAD" w:rsidRDefault="009C158A">
      <w:pPr>
        <w:rPr>
          <w:rFonts w:eastAsiaTheme="majorEastAsia" w:cs="Arial"/>
          <w:color w:val="000000" w:themeColor="text1"/>
          <w:lang w:val="sv-SE"/>
        </w:rPr>
      </w:pPr>
      <w:r w:rsidRPr="00991DAD">
        <w:rPr>
          <w:rFonts w:eastAsiaTheme="majorEastAsia" w:cs="Arial"/>
          <w:color w:val="000000" w:themeColor="text1"/>
          <w:lang w:val="sv-SE"/>
        </w:rPr>
        <w:t>Vi erbjuder en spännande roll där du får jobba nära föreningar, kommittéer och styrelse, och där du blir en nyckelspelare i utvecklingen av både organisation, träningsverksamhet och evenemang.</w:t>
      </w:r>
    </w:p>
    <w:p w14:paraId="33FE5491" w14:textId="77777777" w:rsidR="008A61A9" w:rsidRPr="009C158A" w:rsidRDefault="003C52A0">
      <w:pPr>
        <w:pStyle w:val="Rubrik1"/>
        <w:rPr>
          <w:lang w:val="sv-SE"/>
        </w:rPr>
      </w:pPr>
      <w:r>
        <w:t>🏔</w:t>
      </w:r>
      <w:r>
        <w:t>️</w:t>
      </w:r>
      <w:r w:rsidRPr="00EB74F8">
        <w:rPr>
          <w:lang w:val="sv-SE"/>
        </w:rPr>
        <w:t xml:space="preserve"> </w:t>
      </w:r>
      <w:r w:rsidRPr="009C158A">
        <w:rPr>
          <w:lang w:val="sv-SE"/>
        </w:rPr>
        <w:t>Om tjänsten</w:t>
      </w:r>
    </w:p>
    <w:p w14:paraId="349F1F9A" w14:textId="77777777" w:rsidR="00AA5974" w:rsidRDefault="00AA5974">
      <w:pPr>
        <w:rPr>
          <w:lang w:val="sv-SE"/>
        </w:rPr>
      </w:pPr>
    </w:p>
    <w:p w14:paraId="4A871828" w14:textId="1CEC7C37" w:rsidR="00AA5974" w:rsidRPr="00991DAD" w:rsidRDefault="00AA5974" w:rsidP="00AA5974">
      <w:pPr>
        <w:rPr>
          <w:rFonts w:eastAsiaTheme="majorEastAsia" w:cs="Arial"/>
          <w:color w:val="000000" w:themeColor="text1"/>
          <w:lang w:val="sv-SE"/>
        </w:rPr>
      </w:pPr>
      <w:r w:rsidRPr="00991DAD">
        <w:rPr>
          <w:rFonts w:eastAsiaTheme="majorEastAsia" w:cs="Arial"/>
          <w:color w:val="000000" w:themeColor="text1"/>
          <w:lang w:val="sv-SE"/>
        </w:rPr>
        <w:t>Som distriktsutvecklare är du spindeln i nätet för vår fortsatta framgång. Du arbetar på uppdrag av styrelsen och i nära samverkan med våra kommittéer för att stödja vårt utvecklingsarbete inom längd och alpint. Rollen kombinerar strategiskt utvecklingsarbete med operativ administration och projektledning.</w:t>
      </w:r>
    </w:p>
    <w:p w14:paraId="3239EBA9" w14:textId="1A552A9E" w:rsidR="00AA5974" w:rsidRPr="00991DAD" w:rsidRDefault="00AA5974">
      <w:pPr>
        <w:rPr>
          <w:rFonts w:eastAsiaTheme="majorEastAsia" w:cs="Arial"/>
          <w:b/>
          <w:bCs/>
          <w:color w:val="000000" w:themeColor="text1"/>
          <w:lang w:val="sv-SE"/>
        </w:rPr>
      </w:pPr>
      <w:r w:rsidRPr="00991DAD">
        <w:rPr>
          <w:rFonts w:eastAsiaTheme="majorEastAsia" w:cs="Arial"/>
          <w:color w:val="000000" w:themeColor="text1"/>
          <w:lang w:val="sv-SE"/>
        </w:rPr>
        <w:t xml:space="preserve">Tillsammans ska vi skapa en </w:t>
      </w:r>
      <w:r w:rsidRPr="00991DAD">
        <w:rPr>
          <w:rFonts w:eastAsiaTheme="majorEastAsia" w:cs="Arial"/>
          <w:b/>
          <w:bCs/>
          <w:color w:val="000000" w:themeColor="text1"/>
          <w:lang w:val="sv-SE"/>
        </w:rPr>
        <w:t>tillväxtstrategi för skidsporten i Västergötland.</w:t>
      </w:r>
    </w:p>
    <w:p w14:paraId="578D1C43" w14:textId="77777777" w:rsidR="00AA5974" w:rsidRDefault="00AA5974" w:rsidP="00AA5974">
      <w:pPr>
        <w:rPr>
          <w:lang w:val="sv-SE"/>
        </w:rPr>
      </w:pPr>
      <w:r w:rsidRPr="00EB74F8">
        <w:rPr>
          <w:lang w:val="sv-SE"/>
        </w:rPr>
        <w:t>Tjänsten lämpar sig väl för dig som önskar kombinera ett meningsfullt och flexibelt arbete med exempelvis studier eller en egen idrottssatsning.</w:t>
      </w:r>
    </w:p>
    <w:p w14:paraId="26BA63A3" w14:textId="77777777" w:rsidR="00AA5974" w:rsidRPr="00AA5974" w:rsidRDefault="00AA5974">
      <w:pPr>
        <w:rPr>
          <w:rFonts w:ascii="Arial" w:eastAsiaTheme="majorEastAsia" w:hAnsi="Arial" w:cs="Arial"/>
          <w:color w:val="000000" w:themeColor="text1"/>
          <w:lang w:val="sv-SE"/>
        </w:rPr>
      </w:pPr>
    </w:p>
    <w:p w14:paraId="5A429E4C" w14:textId="77777777" w:rsidR="008A61A9" w:rsidRDefault="003C52A0">
      <w:pPr>
        <w:pStyle w:val="Rubrik1"/>
      </w:pPr>
      <w:r>
        <w:t>🎯</w:t>
      </w:r>
      <w:r>
        <w:t xml:space="preserve"> </w:t>
      </w:r>
      <w:proofErr w:type="spellStart"/>
      <w:r>
        <w:t>Exempel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arbetsuppgifter</w:t>
      </w:r>
      <w:proofErr w:type="spellEnd"/>
      <w:r>
        <w:t>:</w:t>
      </w:r>
    </w:p>
    <w:p w14:paraId="7CD02782" w14:textId="77777777" w:rsidR="00AA5974" w:rsidRDefault="00AA5974" w:rsidP="00AA5974"/>
    <w:p w14:paraId="06966689" w14:textId="504BEAEB" w:rsidR="00AA5974" w:rsidRPr="00AA5974" w:rsidRDefault="00AA5974" w:rsidP="00AA5974">
      <w:pPr>
        <w:pStyle w:val="Punktlista"/>
        <w:rPr>
          <w:lang w:val="sv-SE"/>
        </w:rPr>
      </w:pPr>
      <w:r>
        <w:rPr>
          <w:lang w:val="sv-SE"/>
        </w:rPr>
        <w:t>Ta fram och genomföra en strategisk utvecklingsplan för distriktet</w:t>
      </w:r>
    </w:p>
    <w:p w14:paraId="48BFB73B" w14:textId="4F1697BB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>Vara med och planera och genomföra träningsläger</w:t>
      </w:r>
      <w:r w:rsidR="00AA5974">
        <w:rPr>
          <w:lang w:val="sv-SE"/>
        </w:rPr>
        <w:t>, ungdomscuper</w:t>
      </w:r>
      <w:r w:rsidRPr="00EB74F8">
        <w:rPr>
          <w:lang w:val="sv-SE"/>
        </w:rPr>
        <w:t xml:space="preserve"> och tävlingar</w:t>
      </w:r>
    </w:p>
    <w:p w14:paraId="7DE5224E" w14:textId="77777777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 xml:space="preserve">Stödja administration, enklare </w:t>
      </w:r>
      <w:r w:rsidRPr="00EB74F8">
        <w:rPr>
          <w:lang w:val="sv-SE"/>
        </w:rPr>
        <w:t>ekonomi och kommunikation (hemsida, sociala medier)</w:t>
      </w:r>
    </w:p>
    <w:p w14:paraId="5A61FC4D" w14:textId="77777777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>Delta i samverkan med kommuner, skolor och idrottsorganisationer</w:t>
      </w:r>
    </w:p>
    <w:p w14:paraId="7C18FA73" w14:textId="06FEA085" w:rsidR="008A61A9" w:rsidRDefault="003C52A0">
      <w:pPr>
        <w:pStyle w:val="Punktlista"/>
        <w:rPr>
          <w:lang w:val="sv-SE"/>
        </w:rPr>
      </w:pPr>
      <w:r w:rsidRPr="00EB74F8">
        <w:rPr>
          <w:lang w:val="sv-SE"/>
        </w:rPr>
        <w:t>Hjälpa till med ansökningar om stöd och projektmedel</w:t>
      </w:r>
    </w:p>
    <w:p w14:paraId="0B99B067" w14:textId="77777777" w:rsidR="00AA5974" w:rsidRDefault="00AA5974" w:rsidP="00AA5974">
      <w:pPr>
        <w:pStyle w:val="Punktlista"/>
        <w:numPr>
          <w:ilvl w:val="0"/>
          <w:numId w:val="0"/>
        </w:numPr>
        <w:ind w:left="360"/>
        <w:rPr>
          <w:lang w:val="sv-SE"/>
        </w:rPr>
      </w:pPr>
    </w:p>
    <w:p w14:paraId="005CE4C0" w14:textId="77777777" w:rsidR="00AA5974" w:rsidRDefault="00AA5974" w:rsidP="00AA5974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19A78406" w14:textId="77777777" w:rsidR="00AA5974" w:rsidRPr="00EB74F8" w:rsidRDefault="00AA5974" w:rsidP="00AA5974">
      <w:pPr>
        <w:pStyle w:val="Punktlista"/>
        <w:numPr>
          <w:ilvl w:val="0"/>
          <w:numId w:val="0"/>
        </w:numPr>
        <w:ind w:left="360" w:hanging="360"/>
        <w:rPr>
          <w:lang w:val="sv-SE"/>
        </w:rPr>
      </w:pPr>
    </w:p>
    <w:p w14:paraId="654CFDDE" w14:textId="77777777" w:rsidR="008A61A9" w:rsidRPr="00EB74F8" w:rsidRDefault="003C52A0">
      <w:pPr>
        <w:pStyle w:val="Rubrik1"/>
        <w:rPr>
          <w:lang w:val="sv-SE"/>
        </w:rPr>
      </w:pPr>
      <w:r>
        <w:lastRenderedPageBreak/>
        <w:t>👤</w:t>
      </w:r>
      <w:r w:rsidRPr="00EB74F8">
        <w:rPr>
          <w:lang w:val="sv-SE"/>
        </w:rPr>
        <w:t xml:space="preserve"> Vi söker dig som:</w:t>
      </w:r>
    </w:p>
    <w:p w14:paraId="55B423A9" w14:textId="3BB1904F" w:rsidR="008A61A9" w:rsidRDefault="003C52A0">
      <w:pPr>
        <w:pStyle w:val="Punktlista"/>
        <w:rPr>
          <w:lang w:val="sv-SE"/>
        </w:rPr>
      </w:pPr>
      <w:r w:rsidRPr="00EB74F8">
        <w:rPr>
          <w:lang w:val="sv-SE"/>
        </w:rPr>
        <w:t>Har ett stort intresse för idrott och föreningsliv – gärna med</w:t>
      </w:r>
      <w:r w:rsidRPr="00EB74F8">
        <w:rPr>
          <w:lang w:val="sv-SE"/>
        </w:rPr>
        <w:t xml:space="preserve"> erfarenhet som ledare</w:t>
      </w:r>
      <w:r w:rsidR="00E67612">
        <w:rPr>
          <w:lang w:val="sv-SE"/>
        </w:rPr>
        <w:t>, aktiv</w:t>
      </w:r>
      <w:r w:rsidRPr="00EB74F8">
        <w:rPr>
          <w:lang w:val="sv-SE"/>
        </w:rPr>
        <w:t xml:space="preserve"> eller funktionär</w:t>
      </w:r>
    </w:p>
    <w:p w14:paraId="043BB03F" w14:textId="58D57271" w:rsidR="00E67612" w:rsidRPr="00E67612" w:rsidRDefault="00E67612" w:rsidP="00E67612">
      <w:pPr>
        <w:pStyle w:val="Punktlista"/>
        <w:rPr>
          <w:lang w:val="sv-SE"/>
        </w:rPr>
      </w:pPr>
      <w:r>
        <w:rPr>
          <w:lang w:val="sv-SE"/>
        </w:rPr>
        <w:t>V</w:t>
      </w:r>
      <w:r w:rsidRPr="00E67612">
        <w:rPr>
          <w:lang w:val="sv-SE"/>
        </w:rPr>
        <w:t>ill göra skillnad – både för unga åkare och föreningar</w:t>
      </w:r>
    </w:p>
    <w:p w14:paraId="7AC8E774" w14:textId="77777777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>Är ansvarstagande, positiv och gillar att jobba med människor</w:t>
      </w:r>
    </w:p>
    <w:p w14:paraId="6A5F0F65" w14:textId="77777777" w:rsidR="00E67612" w:rsidRPr="00E67612" w:rsidRDefault="00E67612" w:rsidP="00E67612">
      <w:pPr>
        <w:pStyle w:val="Punktlista"/>
        <w:rPr>
          <w:lang w:val="sv-SE"/>
        </w:rPr>
      </w:pPr>
      <w:r w:rsidRPr="00E67612">
        <w:rPr>
          <w:lang w:val="sv-SE"/>
        </w:rPr>
        <w:t>Har god administrativ förmåga och digital vana</w:t>
      </w:r>
    </w:p>
    <w:p w14:paraId="08A7D55C" w14:textId="77777777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 xml:space="preserve">Vill lära dig mer om projektledning och </w:t>
      </w:r>
      <w:r w:rsidRPr="00EB74F8">
        <w:rPr>
          <w:lang w:val="sv-SE"/>
        </w:rPr>
        <w:t>utvecklingsarbete</w:t>
      </w:r>
    </w:p>
    <w:p w14:paraId="29B0E95D" w14:textId="77777777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>Har B-körkort och tillgång till bil (krav – resor inom distriktet förekommer)</w:t>
      </w:r>
    </w:p>
    <w:p w14:paraId="02F55E72" w14:textId="77777777" w:rsidR="008A61A9" w:rsidRPr="00EB74F8" w:rsidRDefault="003C52A0">
      <w:pPr>
        <w:rPr>
          <w:lang w:val="sv-SE"/>
        </w:rPr>
      </w:pPr>
      <w:r w:rsidRPr="00EB74F8">
        <w:rPr>
          <w:lang w:val="sv-SE"/>
        </w:rPr>
        <w:t>Tidigare erfarenhet av skidsport är ett plus, men inte ett krav. Vi värdesätter personligt engagemang och vilja att utvecklas.</w:t>
      </w:r>
    </w:p>
    <w:p w14:paraId="1A34DDBC" w14:textId="77777777" w:rsidR="008A61A9" w:rsidRPr="00EB74F8" w:rsidRDefault="003C52A0">
      <w:pPr>
        <w:pStyle w:val="Rubrik1"/>
        <w:rPr>
          <w:lang w:val="sv-SE"/>
        </w:rPr>
      </w:pPr>
      <w:r>
        <w:t>💼</w:t>
      </w:r>
      <w:r w:rsidRPr="00EB74F8">
        <w:rPr>
          <w:lang w:val="sv-SE"/>
        </w:rPr>
        <w:t xml:space="preserve"> Vi erbjuder:</w:t>
      </w:r>
    </w:p>
    <w:p w14:paraId="792B301D" w14:textId="43DEFBE6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>En utvecklande ro</w:t>
      </w:r>
      <w:r w:rsidRPr="00EB74F8">
        <w:rPr>
          <w:lang w:val="sv-SE"/>
        </w:rPr>
        <w:t xml:space="preserve">ll med god stöttning från styrelse och </w:t>
      </w:r>
      <w:r w:rsidR="005815AB">
        <w:rPr>
          <w:lang w:val="sv-SE"/>
        </w:rPr>
        <w:t xml:space="preserve">kommittéer </w:t>
      </w:r>
    </w:p>
    <w:p w14:paraId="08E1CFEF" w14:textId="77777777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>Möjlighet att påverka och bidra till skidsportens framtid i Västergötland</w:t>
      </w:r>
    </w:p>
    <w:p w14:paraId="59F2BFFE" w14:textId="77777777" w:rsidR="008A61A9" w:rsidRPr="00EB74F8" w:rsidRDefault="003C52A0">
      <w:pPr>
        <w:pStyle w:val="Punktlista"/>
        <w:rPr>
          <w:lang w:val="sv-SE"/>
        </w:rPr>
      </w:pPr>
      <w:r w:rsidRPr="00EB74F8">
        <w:rPr>
          <w:lang w:val="sv-SE"/>
        </w:rPr>
        <w:t>Flexibel tjänst som kan kombineras med studier eller egen idrottssatsning</w:t>
      </w:r>
    </w:p>
    <w:p w14:paraId="50BC47A4" w14:textId="77777777" w:rsidR="008A61A9" w:rsidRPr="00EB74F8" w:rsidRDefault="003C52A0">
      <w:pPr>
        <w:rPr>
          <w:lang w:val="sv-SE"/>
        </w:rPr>
      </w:pPr>
      <w:r>
        <w:t>📍</w:t>
      </w:r>
      <w:r w:rsidRPr="00EB74F8">
        <w:rPr>
          <w:lang w:val="sv-SE"/>
        </w:rPr>
        <w:t xml:space="preserve"> Placering: Flexibel inom distriktet (Ulricehamn med omnejd meriterande)</w:t>
      </w:r>
    </w:p>
    <w:p w14:paraId="62154CA5" w14:textId="77777777" w:rsidR="008A61A9" w:rsidRPr="00EB74F8" w:rsidRDefault="003C52A0">
      <w:pPr>
        <w:rPr>
          <w:lang w:val="sv-SE"/>
        </w:rPr>
      </w:pPr>
      <w:r>
        <w:t>📅</w:t>
      </w:r>
      <w:r w:rsidRPr="00EB74F8">
        <w:rPr>
          <w:lang w:val="sv-SE"/>
        </w:rPr>
        <w:t xml:space="preserve"> Tillträde: Enligt överenskommelse</w:t>
      </w:r>
    </w:p>
    <w:p w14:paraId="662A4F9F" w14:textId="58F9BE8F" w:rsidR="008A61A9" w:rsidRPr="00EB74F8" w:rsidRDefault="003C52A0">
      <w:pPr>
        <w:rPr>
          <w:lang w:val="sv-SE"/>
        </w:rPr>
      </w:pPr>
      <w:r w:rsidRPr="00EB74F8">
        <w:rPr>
          <w:lang w:val="sv-SE"/>
        </w:rPr>
        <w:t>⏳</w:t>
      </w:r>
      <w:r w:rsidRPr="00EB74F8">
        <w:rPr>
          <w:lang w:val="sv-SE"/>
        </w:rPr>
        <w:t xml:space="preserve"> Omfattning: 50 % </w:t>
      </w:r>
    </w:p>
    <w:p w14:paraId="561DE2C0" w14:textId="77777777" w:rsidR="00D03C58" w:rsidRDefault="003C52A0">
      <w:pPr>
        <w:rPr>
          <w:lang w:val="sv-SE"/>
        </w:rPr>
      </w:pPr>
      <w:r w:rsidRPr="00EB74F8">
        <w:rPr>
          <w:lang w:val="sv-SE"/>
        </w:rPr>
        <w:br/>
        <w:t>Vill du göra skillnad och växa med ett engagerat förbund? Sök nu och bli en del av vår resa!</w:t>
      </w:r>
    </w:p>
    <w:p w14:paraId="080217E7" w14:textId="5390BEE8" w:rsidR="00D03C58" w:rsidRDefault="00D03C58">
      <w:pPr>
        <w:rPr>
          <w:lang w:val="sv-SE"/>
        </w:rPr>
      </w:pPr>
      <w:r w:rsidRPr="00D03C58">
        <w:rPr>
          <w:lang w:val="sv-SE"/>
        </w:rPr>
        <w:t>Vi träffar kandidater löpande, så skicka in din ansökan så snart som möjligt – sista ansökningsdag är den 6 juni!</w:t>
      </w:r>
    </w:p>
    <w:p w14:paraId="54BC91BA" w14:textId="5D79A47E" w:rsidR="00991DAD" w:rsidRPr="00EB74F8" w:rsidRDefault="00991DAD" w:rsidP="00991DAD">
      <w:pPr>
        <w:rPr>
          <w:lang w:val="sv-SE"/>
        </w:rPr>
      </w:pPr>
      <w:r w:rsidRPr="00991DAD">
        <w:rPr>
          <w:lang w:val="sv-SE"/>
        </w:rPr>
        <w:t xml:space="preserve">Skicka din ansökan med CV och ett kort personligt brev till </w:t>
      </w:r>
      <w:hyperlink r:id="rId6" w:history="1">
        <w:r w:rsidR="005815AB" w:rsidRPr="00D522AB">
          <w:rPr>
            <w:rStyle w:val="Hyperlnk"/>
            <w:lang w:val="sv-SE"/>
          </w:rPr>
          <w:t>martina.alvarsson@gmail.com</w:t>
        </w:r>
      </w:hyperlink>
      <w:r w:rsidR="005815AB">
        <w:rPr>
          <w:lang w:val="sv-SE"/>
        </w:rPr>
        <w:t xml:space="preserve">. </w:t>
      </w:r>
      <w:r w:rsidRPr="00991DAD">
        <w:rPr>
          <w:lang w:val="sv-SE"/>
        </w:rPr>
        <w:t>Vi ser fram emot att höra från dig – gärna så snart som möjligt!</w:t>
      </w:r>
    </w:p>
    <w:p w14:paraId="5F79510E" w14:textId="54F6E316" w:rsidR="006D2149" w:rsidRPr="006D2149" w:rsidRDefault="00C13F3E" w:rsidP="006D2149">
      <w:pPr>
        <w:rPr>
          <w:lang w:val="sv-SE"/>
        </w:rPr>
      </w:pPr>
      <w:r>
        <w:rPr>
          <w:lang w:val="sv-SE"/>
        </w:rPr>
        <w:t xml:space="preserve">Frågor om tjänsten besvaras av Martina Alvarsson 0736-202872 eller Fredrik Tegfors </w:t>
      </w:r>
      <w:r w:rsidR="006D2149" w:rsidRPr="006D2149">
        <w:rPr>
          <w:lang w:val="sv-SE"/>
        </w:rPr>
        <w:t>0703</w:t>
      </w:r>
      <w:r w:rsidR="006D2149">
        <w:rPr>
          <w:lang w:val="sv-SE"/>
        </w:rPr>
        <w:t>-</w:t>
      </w:r>
      <w:r w:rsidR="006D2149" w:rsidRPr="006D2149">
        <w:rPr>
          <w:lang w:val="sv-SE"/>
        </w:rPr>
        <w:t>231511</w:t>
      </w:r>
    </w:p>
    <w:p w14:paraId="320B7216" w14:textId="4C276D1D" w:rsidR="006D2149" w:rsidRPr="006D2149" w:rsidRDefault="006D2149" w:rsidP="006D2149">
      <w:pPr>
        <w:rPr>
          <w:lang w:val="sv-SE"/>
        </w:rPr>
      </w:pPr>
    </w:p>
    <w:p w14:paraId="4E33D058" w14:textId="7C247C7F" w:rsidR="00AA5974" w:rsidRDefault="00AA5974">
      <w:pPr>
        <w:rPr>
          <w:lang w:val="sv-SE"/>
        </w:rPr>
      </w:pPr>
    </w:p>
    <w:sectPr w:rsidR="00AA59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890C77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493DB7"/>
    <w:multiLevelType w:val="multilevel"/>
    <w:tmpl w:val="C71A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33E83"/>
    <w:multiLevelType w:val="multilevel"/>
    <w:tmpl w:val="C6E00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224868"/>
    <w:multiLevelType w:val="multilevel"/>
    <w:tmpl w:val="F0AA6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3816"/>
    <w:rsid w:val="00112A80"/>
    <w:rsid w:val="0015074B"/>
    <w:rsid w:val="0029639D"/>
    <w:rsid w:val="00326F90"/>
    <w:rsid w:val="003C52A0"/>
    <w:rsid w:val="005815AB"/>
    <w:rsid w:val="006D2149"/>
    <w:rsid w:val="008A61A9"/>
    <w:rsid w:val="00991DAD"/>
    <w:rsid w:val="009C158A"/>
    <w:rsid w:val="00AA1D8D"/>
    <w:rsid w:val="00AA5974"/>
    <w:rsid w:val="00B47730"/>
    <w:rsid w:val="00B64B98"/>
    <w:rsid w:val="00C13F3E"/>
    <w:rsid w:val="00C15255"/>
    <w:rsid w:val="00C204E5"/>
    <w:rsid w:val="00CB0664"/>
    <w:rsid w:val="00D03C58"/>
    <w:rsid w:val="00E656E7"/>
    <w:rsid w:val="00E67612"/>
    <w:rsid w:val="00EB74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046331"/>
  <w14:defaultImageDpi w14:val="300"/>
  <w15:docId w15:val="{7940C9E8-0BF3-44AA-82B1-42A2C36AD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nk">
    <w:name w:val="Hyperlink"/>
    <w:basedOn w:val="Standardstycketeckensnitt"/>
    <w:uiPriority w:val="99"/>
    <w:unhideWhenUsed/>
    <w:rsid w:val="005815AB"/>
    <w:rPr>
      <w:color w:val="0000FF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581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4347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0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37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5049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66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35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962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671439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982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244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0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5119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6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22917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53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3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35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969878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764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164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5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1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1906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78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749930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59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217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829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536245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7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46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7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4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20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5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8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517311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03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75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559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153625">
                                                      <w:blockQuote w:val="1"/>
                                                      <w:marLeft w:val="96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6" w:color="CCCCC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984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892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ina.alvarsso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91ADD6-D583-4744-B0B9-637BC61E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2370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Västergötlands Skidförbund</cp:lastModifiedBy>
  <cp:revision>2</cp:revision>
  <dcterms:created xsi:type="dcterms:W3CDTF">2025-05-08T16:16:00Z</dcterms:created>
  <dcterms:modified xsi:type="dcterms:W3CDTF">2025-05-08T16:16:00Z</dcterms:modified>
  <cp:category/>
</cp:coreProperties>
</file>